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7937"/>
      </w:tblGrid>
      <w:tr w:rsidR="00432187" w14:paraId="5245B944" w14:textId="77777777">
        <w:trPr>
          <w:jc w:val="center"/>
        </w:trPr>
        <w:tc>
          <w:tcPr>
            <w:tcW w:w="1701" w:type="dxa"/>
            <w:vAlign w:val="center"/>
          </w:tcPr>
          <w:p w14:paraId="556655C6" w14:textId="77777777" w:rsidR="00432187" w:rsidRDefault="00BC7C90">
            <w:r>
              <w:rPr>
                <w:noProof/>
              </w:rPr>
              <w:drawing>
                <wp:inline distT="0" distB="0" distL="0" distR="0" wp14:anchorId="5F927B29" wp14:editId="118BCBC8">
                  <wp:extent cx="810000" cy="80263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e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000" cy="802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7" w:type="dxa"/>
            <w:vAlign w:val="center"/>
          </w:tcPr>
          <w:p w14:paraId="51F5803E" w14:textId="77777777" w:rsidR="00432187" w:rsidRDefault="00BC7C90">
            <w:pPr>
              <w:jc w:val="right"/>
            </w:pPr>
            <w:r>
              <w:rPr>
                <w:b/>
                <w:color w:val="5B2A86"/>
                <w:sz w:val="30"/>
              </w:rPr>
              <w:t>DORCHESTER PRIMARY SCHOOL</w:t>
            </w:r>
            <w:r>
              <w:rPr>
                <w:i/>
              </w:rPr>
              <w:br/>
              <w:t>Achieving Excellence Together in a Caring Community</w:t>
            </w:r>
            <w:r>
              <w:rPr>
                <w:sz w:val="18"/>
              </w:rPr>
              <w:br/>
              <w:t>Dorchester Road, Worcester Park, Surrey KT4 8PG</w:t>
            </w:r>
            <w:r>
              <w:rPr>
                <w:sz w:val="18"/>
              </w:rPr>
              <w:br/>
              <w:t>020 8330 1144  |  office@dorchesterprimary.com</w:t>
            </w:r>
            <w:r>
              <w:rPr>
                <w:sz w:val="18"/>
              </w:rPr>
              <w:br/>
              <w:t>www.dorchesterprimary.com  |  Instagram: @dorchesterprimary</w:t>
            </w:r>
          </w:p>
        </w:tc>
      </w:tr>
    </w:tbl>
    <w:p w14:paraId="57E15160" w14:textId="77777777" w:rsidR="00432187" w:rsidRDefault="00432187">
      <w:pPr>
        <w:pBdr>
          <w:bottom w:val="single" w:sz="14" w:space="6" w:color="5B2A86"/>
        </w:pBdr>
        <w:spacing w:after="180"/>
      </w:pPr>
    </w:p>
    <w:p w14:paraId="79FBAA63" w14:textId="77777777" w:rsidR="00432187" w:rsidRDefault="00BC7C90">
      <w:pPr>
        <w:pStyle w:val="Title"/>
        <w:spacing w:after="180"/>
        <w:jc w:val="center"/>
      </w:pPr>
      <w:r>
        <w:t xml:space="preserve">Parent </w:t>
      </w:r>
      <w:r>
        <w:t>Governor Application Form 2026</w:t>
      </w:r>
    </w:p>
    <w:p w14:paraId="46C481FD" w14:textId="61136BB3" w:rsidR="00432187" w:rsidRDefault="00BC7C90">
      <w:r>
        <w:t xml:space="preserve">Please complete this form and return it to the school office, or email it to </w:t>
      </w:r>
      <w:r>
        <w:rPr>
          <w:b/>
        </w:rPr>
        <w:t>office@dorchesterprimary.com</w:t>
      </w:r>
      <w:r>
        <w:t>, by the end of Monday 2 November 2026.</w:t>
      </w:r>
      <w:r>
        <w:t>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7030"/>
      </w:tblGrid>
      <w:tr w:rsidR="00432187" w14:paraId="5C607A76" w14:textId="77777777">
        <w:trPr>
          <w:trHeight w:val="595"/>
          <w:jc w:val="center"/>
        </w:trPr>
        <w:tc>
          <w:tcPr>
            <w:tcW w:w="2381" w:type="dxa"/>
            <w:shd w:val="clear" w:color="auto" w:fill="F2EDF7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7BBBA1A5" w14:textId="77777777" w:rsidR="00432187" w:rsidRDefault="00BC7C90">
            <w:r>
              <w:rPr>
                <w:b/>
              </w:rPr>
              <w:t>Candidate name</w:t>
            </w:r>
          </w:p>
        </w:tc>
        <w:tc>
          <w:tcPr>
            <w:tcW w:w="7030" w:type="dxa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683535DE" w14:textId="77777777" w:rsidR="00432187" w:rsidRDefault="00432187">
            <w:pPr>
              <w:spacing w:after="0"/>
            </w:pPr>
          </w:p>
        </w:tc>
      </w:tr>
      <w:tr w:rsidR="00432187" w14:paraId="22008A1D" w14:textId="77777777">
        <w:trPr>
          <w:trHeight w:val="595"/>
          <w:jc w:val="center"/>
        </w:trPr>
        <w:tc>
          <w:tcPr>
            <w:tcW w:w="2381" w:type="dxa"/>
            <w:shd w:val="clear" w:color="auto" w:fill="F2EDF7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7C46E185" w14:textId="77777777" w:rsidR="00432187" w:rsidRDefault="00BC7C90">
            <w:r>
              <w:rPr>
                <w:b/>
              </w:rPr>
              <w:t>Email address</w:t>
            </w:r>
          </w:p>
        </w:tc>
        <w:tc>
          <w:tcPr>
            <w:tcW w:w="7030" w:type="dxa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4646B7A8" w14:textId="77777777" w:rsidR="00432187" w:rsidRDefault="00432187">
            <w:pPr>
              <w:spacing w:after="0"/>
            </w:pPr>
          </w:p>
        </w:tc>
      </w:tr>
      <w:tr w:rsidR="00432187" w14:paraId="4F3D7342" w14:textId="77777777">
        <w:trPr>
          <w:trHeight w:val="595"/>
          <w:jc w:val="center"/>
        </w:trPr>
        <w:tc>
          <w:tcPr>
            <w:tcW w:w="2381" w:type="dxa"/>
            <w:shd w:val="clear" w:color="auto" w:fill="F2EDF7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09BF4B76" w14:textId="77777777" w:rsidR="00432187" w:rsidRDefault="00BC7C90">
            <w:r>
              <w:rPr>
                <w:b/>
              </w:rPr>
              <w:t>Telephone number</w:t>
            </w:r>
          </w:p>
        </w:tc>
        <w:tc>
          <w:tcPr>
            <w:tcW w:w="7030" w:type="dxa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0ABEA7F1" w14:textId="77777777" w:rsidR="00432187" w:rsidRDefault="00432187">
            <w:pPr>
              <w:spacing w:after="0"/>
            </w:pPr>
          </w:p>
        </w:tc>
      </w:tr>
      <w:tr w:rsidR="00432187" w14:paraId="772A7803" w14:textId="77777777">
        <w:trPr>
          <w:trHeight w:val="822"/>
          <w:jc w:val="center"/>
        </w:trPr>
        <w:tc>
          <w:tcPr>
            <w:tcW w:w="2381" w:type="dxa"/>
            <w:shd w:val="clear" w:color="auto" w:fill="F2EDF7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037B995A" w14:textId="77777777" w:rsidR="00432187" w:rsidRDefault="00BC7C90">
            <w:r>
              <w:rPr>
                <w:b/>
              </w:rPr>
              <w:t xml:space="preserve">Child or children and </w:t>
            </w:r>
            <w:r>
              <w:rPr>
                <w:b/>
              </w:rPr>
              <w:t>year group</w:t>
            </w:r>
          </w:p>
        </w:tc>
        <w:tc>
          <w:tcPr>
            <w:tcW w:w="7030" w:type="dxa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37B6B42A" w14:textId="77777777" w:rsidR="00432187" w:rsidRDefault="00432187">
            <w:pPr>
              <w:spacing w:after="0"/>
            </w:pPr>
          </w:p>
        </w:tc>
      </w:tr>
    </w:tbl>
    <w:p w14:paraId="334AF33E" w14:textId="77777777" w:rsidR="00432187" w:rsidRDefault="00BC7C90">
      <w:pPr>
        <w:pStyle w:val="Heading1"/>
      </w:pPr>
      <w:r>
        <w:t>Candidate statement</w:t>
      </w:r>
    </w:p>
    <w:p w14:paraId="5D625794" w14:textId="77777777" w:rsidR="00432187" w:rsidRDefault="00BC7C90">
      <w:r>
        <w:t>Please write a statement of up to 250 words. If you need more space, you may attach a separate sheet. If an election is needed, this statement will be shared with parents and carers exactly as submitted. You may wish to inc</w:t>
      </w:r>
      <w:r>
        <w:t>lude:</w:t>
      </w:r>
    </w:p>
    <w:p w14:paraId="20C6C29A" w14:textId="77777777" w:rsidR="00432187" w:rsidRDefault="00BC7C90">
      <w:pPr>
        <w:pStyle w:val="ListBullet"/>
        <w:spacing w:after="60"/>
        <w:ind w:left="340" w:hanging="198"/>
      </w:pPr>
      <w:r>
        <w:t>the skills and experience you would bring to the Governing Board;</w:t>
      </w:r>
    </w:p>
    <w:p w14:paraId="04244EC3" w14:textId="77777777" w:rsidR="00432187" w:rsidRDefault="00BC7C90">
      <w:pPr>
        <w:pStyle w:val="ListBullet"/>
        <w:spacing w:after="60"/>
        <w:ind w:left="340" w:hanging="198"/>
      </w:pPr>
      <w:r>
        <w:t>why you would like to become a parent governor;</w:t>
      </w:r>
    </w:p>
    <w:p w14:paraId="7FEE46E2" w14:textId="77777777" w:rsidR="00432187" w:rsidRDefault="00BC7C90">
      <w:pPr>
        <w:pStyle w:val="ListBullet"/>
        <w:spacing w:after="60"/>
        <w:ind w:left="340" w:hanging="198"/>
      </w:pPr>
      <w:r>
        <w:t>your commitment to training and developing the skills needed for effective governance; and</w:t>
      </w:r>
    </w:p>
    <w:p w14:paraId="73224735" w14:textId="77777777" w:rsidR="00432187" w:rsidRDefault="00BC7C90">
      <w:pPr>
        <w:pStyle w:val="ListBullet"/>
        <w:spacing w:after="60"/>
        <w:ind w:left="340" w:hanging="198"/>
      </w:pPr>
      <w:r>
        <w:t xml:space="preserve">what you consider important for the </w:t>
      </w:r>
      <w:r>
        <w:t>school now and in the future.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56"/>
      </w:tblGrid>
      <w:tr w:rsidR="00432187" w14:paraId="3798CB7F" w14:textId="77777777">
        <w:trPr>
          <w:cantSplit/>
          <w:trHeight w:val="3572"/>
          <w:jc w:val="center"/>
        </w:trPr>
        <w:tc>
          <w:tcPr>
            <w:tcW w:w="9866" w:type="dxa"/>
            <w:tcMar>
              <w:top w:w="130" w:type="dxa"/>
              <w:left w:w="150" w:type="dxa"/>
              <w:bottom w:w="130" w:type="dxa"/>
              <w:right w:w="150" w:type="dxa"/>
            </w:tcMar>
          </w:tcPr>
          <w:p w14:paraId="0512A6E1" w14:textId="77777777" w:rsidR="00432187" w:rsidRDefault="00432187"/>
        </w:tc>
      </w:tr>
    </w:tbl>
    <w:p w14:paraId="7BC3A518" w14:textId="77777777" w:rsidR="00432187" w:rsidRDefault="00BC7C90">
      <w:r>
        <w:br w:type="page"/>
      </w:r>
    </w:p>
    <w:p w14:paraId="1BA18162" w14:textId="77777777" w:rsidR="00432187" w:rsidRDefault="00BC7C90">
      <w:pPr>
        <w:pStyle w:val="Heading1"/>
      </w:pPr>
      <w:r>
        <w:lastRenderedPageBreak/>
        <w:t>Declaration</w:t>
      </w:r>
    </w:p>
    <w:p w14:paraId="1DED433A" w14:textId="77777777" w:rsidR="00432187" w:rsidRDefault="00BC7C90">
      <w:pPr>
        <w:spacing w:after="60"/>
      </w:pPr>
      <w:r>
        <w:rPr>
          <w:sz w:val="24"/>
        </w:rPr>
        <w:t>☐</w:t>
      </w:r>
      <w:r>
        <w:rPr>
          <w:sz w:val="24"/>
        </w:rPr>
        <w:t xml:space="preserve">  </w:t>
      </w:r>
      <w:r>
        <w:t>I am the parent or carer of a registered pupil at Dorchester Primary School.</w:t>
      </w:r>
    </w:p>
    <w:p w14:paraId="3238CB82" w14:textId="77777777" w:rsidR="00432187" w:rsidRDefault="00BC7C90">
      <w:pPr>
        <w:spacing w:after="60"/>
      </w:pPr>
      <w:r>
        <w:rPr>
          <w:sz w:val="24"/>
        </w:rPr>
        <w:t>☐</w:t>
      </w:r>
      <w:r>
        <w:rPr>
          <w:sz w:val="24"/>
        </w:rPr>
        <w:t xml:space="preserve">  </w:t>
      </w:r>
      <w:r>
        <w:t>I am not an elected member of the local authority.</w:t>
      </w:r>
    </w:p>
    <w:p w14:paraId="47E3FFFC" w14:textId="77777777" w:rsidR="00432187" w:rsidRDefault="00BC7C90">
      <w:pPr>
        <w:spacing w:after="60"/>
      </w:pPr>
      <w:r>
        <w:rPr>
          <w:sz w:val="24"/>
        </w:rPr>
        <w:t>☐</w:t>
      </w:r>
      <w:r>
        <w:rPr>
          <w:sz w:val="24"/>
        </w:rPr>
        <w:t xml:space="preserve">  </w:t>
      </w:r>
      <w:r>
        <w:t>I am not paid to work at the school for more than 500 hours in any consec</w:t>
      </w:r>
      <w:r>
        <w:t>utive 12-month period at the time of the election.</w:t>
      </w:r>
    </w:p>
    <w:p w14:paraId="10E04483" w14:textId="77777777" w:rsidR="00432187" w:rsidRDefault="00BC7C90">
      <w:pPr>
        <w:spacing w:after="60"/>
      </w:pPr>
      <w:r>
        <w:rPr>
          <w:sz w:val="24"/>
        </w:rPr>
        <w:t>☐</w:t>
      </w:r>
      <w:r>
        <w:rPr>
          <w:sz w:val="24"/>
        </w:rPr>
        <w:t xml:space="preserve">  </w:t>
      </w:r>
      <w:r>
        <w:t>To the best of my knowledge, I am not disqualified from holding office as a school governor under the relevant school governance regulations.</w:t>
      </w:r>
    </w:p>
    <w:p w14:paraId="06B10087" w14:textId="77777777" w:rsidR="00432187" w:rsidRDefault="00BC7C90">
      <w:pPr>
        <w:spacing w:after="60"/>
      </w:pPr>
      <w:r>
        <w:rPr>
          <w:sz w:val="24"/>
        </w:rPr>
        <w:t>☐</w:t>
      </w:r>
      <w:r>
        <w:rPr>
          <w:sz w:val="24"/>
        </w:rPr>
        <w:t xml:space="preserve">  </w:t>
      </w:r>
      <w:r>
        <w:t>I understand that, if elected, I will be required to comp</w:t>
      </w:r>
      <w:r>
        <w:t>lete an eligibility declaration, undertake appropriate checks and follow the Governors’ Code of Conduct.</w:t>
      </w:r>
    </w:p>
    <w:p w14:paraId="4F6DF197" w14:textId="77777777" w:rsidR="00432187" w:rsidRDefault="00BC7C90">
      <w:pPr>
        <w:spacing w:after="60"/>
      </w:pPr>
      <w:r>
        <w:rPr>
          <w:sz w:val="24"/>
        </w:rPr>
        <w:t>☐</w:t>
      </w:r>
      <w:r>
        <w:rPr>
          <w:sz w:val="24"/>
        </w:rPr>
        <w:t xml:space="preserve">  </w:t>
      </w:r>
      <w:r>
        <w:t>I consent to my candidate statement being shared with parents and carers if a ballot is required.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31"/>
        <w:gridCol w:w="4925"/>
      </w:tblGrid>
      <w:tr w:rsidR="00432187" w14:paraId="2082A483" w14:textId="77777777">
        <w:trPr>
          <w:jc w:val="center"/>
        </w:trPr>
        <w:tc>
          <w:tcPr>
            <w:tcW w:w="4933" w:type="dxa"/>
            <w:tcMar>
              <w:top w:w="150" w:type="dxa"/>
              <w:left w:w="140" w:type="dxa"/>
              <w:bottom w:w="150" w:type="dxa"/>
              <w:right w:w="140" w:type="dxa"/>
            </w:tcMar>
          </w:tcPr>
          <w:p w14:paraId="47DA10B0" w14:textId="77777777" w:rsidR="00432187" w:rsidRDefault="00BC7C90">
            <w:r>
              <w:rPr>
                <w:b/>
              </w:rPr>
              <w:t>Signed: __________________________________</w:t>
            </w:r>
          </w:p>
        </w:tc>
        <w:tc>
          <w:tcPr>
            <w:tcW w:w="4933" w:type="dxa"/>
            <w:tcMar>
              <w:top w:w="150" w:type="dxa"/>
              <w:left w:w="140" w:type="dxa"/>
              <w:bottom w:w="150" w:type="dxa"/>
              <w:right w:w="140" w:type="dxa"/>
            </w:tcMar>
          </w:tcPr>
          <w:p w14:paraId="13BEF9D2" w14:textId="77777777" w:rsidR="00432187" w:rsidRDefault="00BC7C90">
            <w:r>
              <w:rPr>
                <w:b/>
              </w:rPr>
              <w:t>Date: _</w:t>
            </w:r>
            <w:r>
              <w:rPr>
                <w:b/>
              </w:rPr>
              <w:t>_________________</w:t>
            </w:r>
          </w:p>
        </w:tc>
      </w:tr>
      <w:tr w:rsidR="00432187" w14:paraId="1D12294D" w14:textId="77777777">
        <w:trPr>
          <w:jc w:val="center"/>
        </w:trPr>
        <w:tc>
          <w:tcPr>
            <w:tcW w:w="9866" w:type="dxa"/>
            <w:gridSpan w:val="2"/>
            <w:tcMar>
              <w:top w:w="150" w:type="dxa"/>
              <w:left w:w="140" w:type="dxa"/>
              <w:bottom w:w="150" w:type="dxa"/>
              <w:right w:w="140" w:type="dxa"/>
            </w:tcMar>
          </w:tcPr>
          <w:p w14:paraId="4EEE0A68" w14:textId="77777777" w:rsidR="00432187" w:rsidRDefault="00BC7C90">
            <w:r>
              <w:rPr>
                <w:b/>
              </w:rPr>
              <w:t>Name in block capitals: ______________________________________________</w:t>
            </w:r>
          </w:p>
        </w:tc>
      </w:tr>
    </w:tbl>
    <w:p w14:paraId="5CC72991" w14:textId="77777777" w:rsidR="00432187" w:rsidRDefault="00BC7C90">
      <w:pPr>
        <w:spacing w:before="120"/>
      </w:pPr>
      <w:r>
        <w:rPr>
          <w:b/>
        </w:rPr>
        <w:t xml:space="preserve">Privacy: </w:t>
      </w:r>
      <w:r>
        <w:t xml:space="preserve">The information on this form will be used to administer the parent governor selection process and, if you are elected, your appointment. Your </w:t>
      </w:r>
      <w:r>
        <w:t>candidate statement will be shared with parents and carers only if a ballot is required.</w:t>
      </w:r>
    </w:p>
    <w:sectPr w:rsidR="00432187" w:rsidSect="00034616">
      <w:pgSz w:w="11906" w:h="16838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32187"/>
    <w:rsid w:val="00AA1D8D"/>
    <w:rsid w:val="00B47730"/>
    <w:rsid w:val="00BC7C9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539FA4"/>
  <w14:defaultImageDpi w14:val="300"/>
  <w15:docId w15:val="{1B570C0F-0660-44B1-A2C9-0587E5400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Arial" w:hAnsi="Arial"/>
      <w:color w:val="000000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1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Dorchester Parent Governor Application Form 2026</dc:title>
  <dc:subject/>
  <dc:creator>Dorchester Primary School</dc:creator>
  <cp:keywords/>
  <dc:description>generated by python-docx</dc:description>
  <cp:lastModifiedBy>Cathy Bell</cp:lastModifiedBy>
  <cp:revision>2</cp:revision>
  <dcterms:created xsi:type="dcterms:W3CDTF">2026-10-16T14:06:00Z</dcterms:created>
  <dcterms:modified xsi:type="dcterms:W3CDTF">2026-10-16T14:06:00Z</dcterms:modified>
  <cp:category/>
</cp:coreProperties>
</file>